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364F" w14:textId="77777777" w:rsidR="00EF34E6" w:rsidRDefault="004E5588">
      <w:pPr>
        <w:pStyle w:val="Titre1"/>
        <w:spacing w:before="0"/>
        <w:jc w:val="center"/>
      </w:pPr>
      <w:r>
        <w:t>DOSSIER DE DEMANDE DE MOBILISATION</w:t>
      </w:r>
    </w:p>
    <w:p w14:paraId="1D0345A0" w14:textId="77777777" w:rsidR="00EF34E6" w:rsidRDefault="004E5588">
      <w:pPr>
        <w:pStyle w:val="Titre1"/>
        <w:spacing w:before="0"/>
        <w:jc w:val="center"/>
      </w:pPr>
      <w:r>
        <w:t>DU FONDS DE SOLIDARITÉ POUR LES APPRENTIS</w:t>
      </w:r>
    </w:p>
    <w:p w14:paraId="2192C532" w14:textId="77777777" w:rsidR="00EF34E6" w:rsidRDefault="00EF34E6">
      <w:pPr>
        <w:spacing w:after="40"/>
      </w:pPr>
    </w:p>
    <w:tbl>
      <w:tblPr>
        <w:tblStyle w:val="Grilledutableau"/>
        <w:tblW w:w="0" w:type="auto"/>
        <w:jc w:val="center"/>
        <w:tblLook w:val="04A0" w:firstRow="1" w:lastRow="0" w:firstColumn="1" w:lastColumn="0" w:noHBand="0" w:noVBand="1"/>
      </w:tblPr>
      <w:tblGrid>
        <w:gridCol w:w="9396"/>
      </w:tblGrid>
      <w:tr w:rsidR="00EF34E6" w14:paraId="27DE4C2B" w14:textId="77777777">
        <w:trPr>
          <w:jc w:val="center"/>
        </w:trPr>
        <w:tc>
          <w:tcPr>
            <w:tcW w:w="9406" w:type="dxa"/>
            <w:shd w:val="clear" w:color="auto" w:fill="EAF2F8"/>
            <w:tcMar>
              <w:top w:w="120" w:type="dxa"/>
              <w:left w:w="140" w:type="dxa"/>
              <w:bottom w:w="120" w:type="dxa"/>
              <w:right w:w="140" w:type="dxa"/>
            </w:tcMar>
          </w:tcPr>
          <w:p w14:paraId="16A3E03D" w14:textId="77777777" w:rsidR="00EF34E6" w:rsidRDefault="004E5588">
            <w:r>
              <w:rPr>
                <w:sz w:val="21"/>
              </w:rPr>
              <w:t>Le Fonds de Solidarité pour les Apprentis apporte une aide ponctuelle et exceptionnelle lorsqu’une difficulté financière, sociale ou matérielle risque de compromettre la poursuite du parcours d’apprentissage. Il intervient en complément des autres aides mobilisables et dans la limite de l’enveloppe disponible.</w:t>
            </w:r>
          </w:p>
        </w:tc>
      </w:tr>
    </w:tbl>
    <w:p w14:paraId="161CD674" w14:textId="77777777" w:rsidR="00EF34E6" w:rsidRDefault="004E5588">
      <w:pPr>
        <w:spacing w:after="160" w:line="252" w:lineRule="auto"/>
      </w:pPr>
      <w:r>
        <w:t>La demande est effectuée par l’apprenti s’il est majeur. Pour un apprenti mineur, elle est effectuée ou cosignée par son représentant légal. Seuls les justificatifs utiles à la situation déclarée sont à joindre.</w:t>
      </w:r>
    </w:p>
    <w:p w14:paraId="3B966CBE" w14:textId="77777777" w:rsidR="00D15E01" w:rsidRDefault="00D15E01">
      <w:pPr>
        <w:spacing w:after="160" w:line="252" w:lineRule="auto"/>
      </w:pPr>
    </w:p>
    <w:p w14:paraId="6B5BE8E5" w14:textId="77777777" w:rsidR="00EF34E6" w:rsidRDefault="004E5588">
      <w:pPr>
        <w:pStyle w:val="Titre2"/>
      </w:pPr>
      <w:r>
        <w:t>1. Informations relatives au demandeur</w:t>
      </w:r>
    </w:p>
    <w:p w14:paraId="40028158" w14:textId="77777777" w:rsidR="00EF34E6" w:rsidRDefault="004E5588">
      <w:pPr>
        <w:spacing w:after="60" w:line="252" w:lineRule="auto"/>
      </w:pPr>
      <w:r>
        <w:t>Civilité :  ☐ Mme    ☐ M.    ☐ Autre (préciser) : ____________________</w:t>
      </w:r>
    </w:p>
    <w:p w14:paraId="3B28D307" w14:textId="77777777" w:rsidR="00EF34E6" w:rsidRDefault="004E5588">
      <w:pPr>
        <w:spacing w:after="60" w:line="252" w:lineRule="auto"/>
      </w:pPr>
      <w:r>
        <w:t>Nom : ____________________________________    Prénom : ____________________________________</w:t>
      </w:r>
    </w:p>
    <w:p w14:paraId="28348704" w14:textId="77777777" w:rsidR="00EF34E6" w:rsidRDefault="004E5588">
      <w:pPr>
        <w:spacing w:after="60" w:line="252" w:lineRule="auto"/>
      </w:pPr>
      <w:r>
        <w:t>Date de naissance : ____ / ____ / ______</w:t>
      </w:r>
    </w:p>
    <w:p w14:paraId="022C6545" w14:textId="77777777" w:rsidR="00EF34E6" w:rsidRDefault="004E5588">
      <w:pPr>
        <w:spacing w:after="60" w:line="252" w:lineRule="auto"/>
      </w:pPr>
      <w:r>
        <w:t>Adresse : ______________________________________________________________________________</w:t>
      </w:r>
    </w:p>
    <w:p w14:paraId="7C35C01C" w14:textId="77777777" w:rsidR="00EF34E6" w:rsidRDefault="004E5588">
      <w:pPr>
        <w:spacing w:after="60" w:line="252" w:lineRule="auto"/>
      </w:pPr>
      <w:r>
        <w:t>Téléphone : __________________________    Adresse électronique : ______________________________</w:t>
      </w:r>
    </w:p>
    <w:p w14:paraId="3517ED48" w14:textId="77777777" w:rsidR="00EF34E6" w:rsidRDefault="004E5588">
      <w:pPr>
        <w:spacing w:after="60" w:line="252" w:lineRule="auto"/>
      </w:pPr>
      <w:r>
        <w:t>Régime :  ☐ Externe    ☐ Demi-pensionnaire    ☐ Interne</w:t>
      </w:r>
    </w:p>
    <w:p w14:paraId="71F6BE57" w14:textId="77777777" w:rsidR="00EF34E6" w:rsidRDefault="004E5588" w:rsidP="00D15E01">
      <w:pPr>
        <w:spacing w:after="300" w:line="252" w:lineRule="auto"/>
      </w:pPr>
      <w:r>
        <w:t>Situation :  ☐ Majeur autonome financièrement    ☐ Majeur rattaché à un foyer    ☐ Mineur</w:t>
      </w:r>
    </w:p>
    <w:p w14:paraId="21F111FC" w14:textId="77777777" w:rsidR="00EF34E6" w:rsidRDefault="004E5588">
      <w:pPr>
        <w:pStyle w:val="Titre2"/>
      </w:pPr>
      <w:r>
        <w:t>2. Représentant légal – à compléter si l’apprenti est mineur</w:t>
      </w:r>
    </w:p>
    <w:p w14:paraId="384BA61F" w14:textId="77777777" w:rsidR="00EF34E6" w:rsidRDefault="004E5588">
      <w:pPr>
        <w:spacing w:after="60" w:line="252" w:lineRule="auto"/>
      </w:pPr>
      <w:r>
        <w:t>Nom et prénom : ________________________________________________________________________</w:t>
      </w:r>
    </w:p>
    <w:p w14:paraId="4930C83B" w14:textId="77777777" w:rsidR="00EF34E6" w:rsidRDefault="004E5588">
      <w:pPr>
        <w:spacing w:after="60" w:line="252" w:lineRule="auto"/>
      </w:pPr>
      <w:r>
        <w:t>Qualité :  ☐ Père    ☐ Mère    ☐ Tuteur / autre : ___________________________________________</w:t>
      </w:r>
    </w:p>
    <w:p w14:paraId="6F7E5885" w14:textId="77777777" w:rsidR="00EF34E6" w:rsidRDefault="004E5588">
      <w:pPr>
        <w:spacing w:after="60" w:line="252" w:lineRule="auto"/>
      </w:pPr>
      <w:r>
        <w:t>Téléphone : __________________________    Adresse électronique : ______________________________</w:t>
      </w:r>
    </w:p>
    <w:p w14:paraId="5D16E565" w14:textId="77777777" w:rsidR="00EF34E6" w:rsidRDefault="004E5588" w:rsidP="00D15E01">
      <w:pPr>
        <w:spacing w:after="300" w:line="252" w:lineRule="auto"/>
      </w:pPr>
      <w:r>
        <w:t>Adresse si différente de celle de l’apprenti : _________________________________________________</w:t>
      </w:r>
    </w:p>
    <w:p w14:paraId="526B2FED" w14:textId="77777777" w:rsidR="00EF34E6" w:rsidRDefault="004E5588">
      <w:pPr>
        <w:pStyle w:val="Titre2"/>
      </w:pPr>
      <w:r>
        <w:t>3. Formation suivie</w:t>
      </w:r>
    </w:p>
    <w:p w14:paraId="751A87F0" w14:textId="77777777" w:rsidR="00EF34E6" w:rsidRDefault="004E5588">
      <w:pPr>
        <w:spacing w:after="60" w:line="252" w:lineRule="auto"/>
      </w:pPr>
      <w:r>
        <w:t>Nom de l’UFA : __________________________________________________________________________</w:t>
      </w:r>
    </w:p>
    <w:p w14:paraId="15DDF129" w14:textId="77777777" w:rsidR="00EF34E6" w:rsidRDefault="004E5588">
      <w:pPr>
        <w:spacing w:after="60" w:line="252" w:lineRule="auto"/>
      </w:pPr>
      <w:r>
        <w:t>Intitulé de la formation : _________________________________________________________________</w:t>
      </w:r>
    </w:p>
    <w:p w14:paraId="7E7965D1" w14:textId="77777777" w:rsidR="00EF34E6" w:rsidRDefault="004E5588">
      <w:pPr>
        <w:spacing w:after="60" w:line="252" w:lineRule="auto"/>
      </w:pPr>
      <w:r>
        <w:t>Année de formation : __________________________</w:t>
      </w:r>
    </w:p>
    <w:p w14:paraId="1243FE69" w14:textId="77777777" w:rsidR="00EF34E6" w:rsidRDefault="004E5588">
      <w:pPr>
        <w:spacing w:after="60" w:line="252" w:lineRule="auto"/>
      </w:pPr>
      <w:r>
        <w:t>Entreprise / employeur : _________________________________________________________________</w:t>
      </w:r>
    </w:p>
    <w:p w14:paraId="5583C2CF" w14:textId="77777777" w:rsidR="00EF34E6" w:rsidRDefault="004E5588">
      <w:pPr>
        <w:spacing w:after="60" w:line="252" w:lineRule="auto"/>
      </w:pPr>
      <w:r>
        <w:t>Commune de l’entreprise : ________________________________________________________________</w:t>
      </w:r>
    </w:p>
    <w:p w14:paraId="3AD54FAC" w14:textId="77777777" w:rsidR="00EF34E6" w:rsidRDefault="004E5588">
      <w:pPr>
        <w:pStyle w:val="Titre2"/>
        <w:pageBreakBefore/>
      </w:pPr>
      <w:r>
        <w:lastRenderedPageBreak/>
        <w:t>4. Situation de logement et composition du foyer</w:t>
      </w:r>
    </w:p>
    <w:p w14:paraId="245E5679" w14:textId="77777777" w:rsidR="00EF34E6" w:rsidRDefault="004E5588">
      <w:pPr>
        <w:spacing w:after="60" w:line="252" w:lineRule="auto"/>
      </w:pPr>
      <w:r>
        <w:t>Logement principal :  ☐ Location    ☐ Colocation    ☐ Propriétaire    ☐ Logé à titre gratuit</w:t>
      </w:r>
    </w:p>
    <w:p w14:paraId="52282364" w14:textId="77777777" w:rsidR="00EF34E6" w:rsidRDefault="004E5588">
      <w:pPr>
        <w:spacing w:after="60" w:line="252" w:lineRule="auto"/>
      </w:pPr>
      <w:r>
        <w:t>Vous vivez :  ☐ Seul(e)    ☐ En couple    ☐ Chez vos parents / représentants légaux    ☐ Autre</w:t>
      </w:r>
    </w:p>
    <w:p w14:paraId="68E29F73" w14:textId="77777777" w:rsidR="00EF34E6" w:rsidRDefault="004E5588">
      <w:pPr>
        <w:spacing w:after="60" w:line="252" w:lineRule="auto"/>
      </w:pPr>
      <w:r>
        <w:t>Disposez-vous d’un second logement lié à l’alternance ?  ☐ Oui    ☐ Non</w:t>
      </w:r>
    </w:p>
    <w:p w14:paraId="590BDCBC" w14:textId="77777777" w:rsidR="00EF34E6" w:rsidRDefault="004E5588" w:rsidP="00D15E01">
      <w:pPr>
        <w:spacing w:after="300" w:line="252" w:lineRule="auto"/>
      </w:pPr>
      <w:r>
        <w:t>Si oui :  ☐ Location    ☐ Colocation    ☐ Autre : ________________________________________</w:t>
      </w:r>
    </w:p>
    <w:tbl>
      <w:tblPr>
        <w:tblStyle w:val="Grilledutableau"/>
        <w:tblW w:w="0" w:type="auto"/>
        <w:jc w:val="center"/>
        <w:tblLook w:val="04A0" w:firstRow="1" w:lastRow="0" w:firstColumn="1" w:lastColumn="0" w:noHBand="0" w:noVBand="1"/>
      </w:tblPr>
      <w:tblGrid>
        <w:gridCol w:w="5953"/>
        <w:gridCol w:w="2268"/>
      </w:tblGrid>
      <w:tr w:rsidR="00EF34E6" w14:paraId="7C4321D6" w14:textId="77777777">
        <w:trPr>
          <w:tblHeader/>
          <w:jc w:val="center"/>
        </w:trPr>
        <w:tc>
          <w:tcPr>
            <w:tcW w:w="5953" w:type="dxa"/>
            <w:shd w:val="clear" w:color="auto" w:fill="D9EAF7"/>
            <w:tcMar>
              <w:top w:w="90" w:type="dxa"/>
              <w:left w:w="100" w:type="dxa"/>
              <w:bottom w:w="90" w:type="dxa"/>
              <w:right w:w="100" w:type="dxa"/>
            </w:tcMar>
            <w:vAlign w:val="center"/>
          </w:tcPr>
          <w:p w14:paraId="37200FF5" w14:textId="77777777" w:rsidR="00EF34E6" w:rsidRDefault="004E5588">
            <w:r>
              <w:rPr>
                <w:b/>
                <w:color w:val="365F91"/>
                <w:sz w:val="21"/>
              </w:rPr>
              <w:t>Composition du foyer</w:t>
            </w:r>
          </w:p>
        </w:tc>
        <w:tc>
          <w:tcPr>
            <w:tcW w:w="2268" w:type="dxa"/>
            <w:shd w:val="clear" w:color="auto" w:fill="D9EAF7"/>
            <w:tcMar>
              <w:top w:w="90" w:type="dxa"/>
              <w:left w:w="100" w:type="dxa"/>
              <w:bottom w:w="90" w:type="dxa"/>
              <w:right w:w="100" w:type="dxa"/>
            </w:tcMar>
            <w:vAlign w:val="center"/>
          </w:tcPr>
          <w:p w14:paraId="641106EA" w14:textId="77777777" w:rsidR="00EF34E6" w:rsidRDefault="004E5588">
            <w:r>
              <w:rPr>
                <w:b/>
                <w:color w:val="365F91"/>
                <w:sz w:val="21"/>
              </w:rPr>
              <w:t>Nombre</w:t>
            </w:r>
          </w:p>
        </w:tc>
      </w:tr>
      <w:tr w:rsidR="00EF34E6" w14:paraId="618C97E9" w14:textId="77777777">
        <w:trPr>
          <w:jc w:val="center"/>
        </w:trPr>
        <w:tc>
          <w:tcPr>
            <w:tcW w:w="5953" w:type="dxa"/>
            <w:tcMar>
              <w:top w:w="90" w:type="dxa"/>
              <w:left w:w="100" w:type="dxa"/>
              <w:bottom w:w="90" w:type="dxa"/>
              <w:right w:w="100" w:type="dxa"/>
            </w:tcMar>
            <w:vAlign w:val="center"/>
          </w:tcPr>
          <w:p w14:paraId="3675FEFC" w14:textId="77777777" w:rsidR="00EF34E6" w:rsidRDefault="004E5588">
            <w:r>
              <w:rPr>
                <w:sz w:val="21"/>
              </w:rPr>
              <w:t>Adultes</w:t>
            </w:r>
          </w:p>
        </w:tc>
        <w:tc>
          <w:tcPr>
            <w:tcW w:w="2268" w:type="dxa"/>
            <w:tcMar>
              <w:top w:w="90" w:type="dxa"/>
              <w:left w:w="100" w:type="dxa"/>
              <w:bottom w:w="90" w:type="dxa"/>
              <w:right w:w="100" w:type="dxa"/>
            </w:tcMar>
            <w:vAlign w:val="center"/>
          </w:tcPr>
          <w:p w14:paraId="67C3E748" w14:textId="77777777" w:rsidR="00EF34E6" w:rsidRDefault="00EF34E6"/>
        </w:tc>
      </w:tr>
      <w:tr w:rsidR="00EF34E6" w14:paraId="664986B5" w14:textId="77777777">
        <w:trPr>
          <w:jc w:val="center"/>
        </w:trPr>
        <w:tc>
          <w:tcPr>
            <w:tcW w:w="5953" w:type="dxa"/>
            <w:tcMar>
              <w:top w:w="90" w:type="dxa"/>
              <w:left w:w="100" w:type="dxa"/>
              <w:bottom w:w="90" w:type="dxa"/>
              <w:right w:w="100" w:type="dxa"/>
            </w:tcMar>
            <w:vAlign w:val="center"/>
          </w:tcPr>
          <w:p w14:paraId="69ACAEEB" w14:textId="77777777" w:rsidR="00EF34E6" w:rsidRDefault="004E5588">
            <w:r>
              <w:rPr>
                <w:sz w:val="21"/>
              </w:rPr>
              <w:t>Enfants à charge</w:t>
            </w:r>
          </w:p>
        </w:tc>
        <w:tc>
          <w:tcPr>
            <w:tcW w:w="2268" w:type="dxa"/>
            <w:tcMar>
              <w:top w:w="90" w:type="dxa"/>
              <w:left w:w="100" w:type="dxa"/>
              <w:bottom w:w="90" w:type="dxa"/>
              <w:right w:w="100" w:type="dxa"/>
            </w:tcMar>
            <w:vAlign w:val="center"/>
          </w:tcPr>
          <w:p w14:paraId="20BF4F14" w14:textId="77777777" w:rsidR="00EF34E6" w:rsidRDefault="00EF34E6"/>
        </w:tc>
      </w:tr>
      <w:tr w:rsidR="00EF34E6" w14:paraId="1BDC8188" w14:textId="77777777">
        <w:trPr>
          <w:jc w:val="center"/>
        </w:trPr>
        <w:tc>
          <w:tcPr>
            <w:tcW w:w="5953" w:type="dxa"/>
            <w:tcMar>
              <w:top w:w="90" w:type="dxa"/>
              <w:left w:w="100" w:type="dxa"/>
              <w:bottom w:w="90" w:type="dxa"/>
              <w:right w:w="100" w:type="dxa"/>
            </w:tcMar>
            <w:vAlign w:val="center"/>
          </w:tcPr>
          <w:p w14:paraId="2DC1C2CB" w14:textId="77777777" w:rsidR="00EF34E6" w:rsidRDefault="004E5588">
            <w:r>
              <w:rPr>
                <w:sz w:val="21"/>
              </w:rPr>
              <w:t>Autres personnes à charge</w:t>
            </w:r>
          </w:p>
        </w:tc>
        <w:tc>
          <w:tcPr>
            <w:tcW w:w="2268" w:type="dxa"/>
            <w:tcMar>
              <w:top w:w="90" w:type="dxa"/>
              <w:left w:w="100" w:type="dxa"/>
              <w:bottom w:w="90" w:type="dxa"/>
              <w:right w:w="100" w:type="dxa"/>
            </w:tcMar>
            <w:vAlign w:val="center"/>
          </w:tcPr>
          <w:p w14:paraId="7D5AB4F1" w14:textId="77777777" w:rsidR="00EF34E6" w:rsidRDefault="00EF34E6"/>
        </w:tc>
      </w:tr>
    </w:tbl>
    <w:p w14:paraId="7561FB2C" w14:textId="77777777" w:rsidR="00EF34E6" w:rsidRDefault="004E5588">
      <w:pPr>
        <w:pStyle w:val="Titre2"/>
      </w:pPr>
      <w:r>
        <w:t>5. Situation financière</w:t>
      </w:r>
    </w:p>
    <w:p w14:paraId="4AEDACBD" w14:textId="77777777" w:rsidR="00EF34E6" w:rsidRDefault="004E5588">
      <w:pPr>
        <w:spacing w:after="100" w:line="252" w:lineRule="auto"/>
      </w:pPr>
      <w:r>
        <w:t>Si vous êtes financièrement autonome, indiquez vos ressources et charges personnelles. Si vous êtes rattaché(e) au foyer de vos parents ou représentants légaux, indiquez les principales ressources et charges du foyer ainsi que les vôtres.</w:t>
      </w:r>
    </w:p>
    <w:p w14:paraId="608E1E00" w14:textId="77777777" w:rsidR="00D15E01" w:rsidRDefault="00D15E01">
      <w:pPr>
        <w:spacing w:after="100" w:line="252" w:lineRule="auto"/>
      </w:pPr>
    </w:p>
    <w:tbl>
      <w:tblPr>
        <w:tblStyle w:val="Grilledutableau"/>
        <w:tblW w:w="0" w:type="auto"/>
        <w:jc w:val="center"/>
        <w:tblLook w:val="04A0" w:firstRow="1" w:lastRow="0" w:firstColumn="1" w:lastColumn="0" w:noHBand="0" w:noVBand="1"/>
      </w:tblPr>
      <w:tblGrid>
        <w:gridCol w:w="5953"/>
        <w:gridCol w:w="2268"/>
      </w:tblGrid>
      <w:tr w:rsidR="00EF34E6" w14:paraId="4D51DBBE" w14:textId="77777777">
        <w:trPr>
          <w:tblHeader/>
          <w:jc w:val="center"/>
        </w:trPr>
        <w:tc>
          <w:tcPr>
            <w:tcW w:w="5953" w:type="dxa"/>
            <w:shd w:val="clear" w:color="auto" w:fill="D9EAF7"/>
            <w:tcMar>
              <w:top w:w="90" w:type="dxa"/>
              <w:left w:w="100" w:type="dxa"/>
              <w:bottom w:w="90" w:type="dxa"/>
              <w:right w:w="100" w:type="dxa"/>
            </w:tcMar>
            <w:vAlign w:val="center"/>
          </w:tcPr>
          <w:p w14:paraId="1B089BEA" w14:textId="77777777" w:rsidR="00EF34E6" w:rsidRDefault="004E5588">
            <w:r>
              <w:rPr>
                <w:b/>
                <w:color w:val="365F91"/>
                <w:sz w:val="21"/>
              </w:rPr>
              <w:t>Nature des ressources</w:t>
            </w:r>
          </w:p>
        </w:tc>
        <w:tc>
          <w:tcPr>
            <w:tcW w:w="2268" w:type="dxa"/>
            <w:shd w:val="clear" w:color="auto" w:fill="D9EAF7"/>
            <w:tcMar>
              <w:top w:w="90" w:type="dxa"/>
              <w:left w:w="100" w:type="dxa"/>
              <w:bottom w:w="90" w:type="dxa"/>
              <w:right w:w="100" w:type="dxa"/>
            </w:tcMar>
            <w:vAlign w:val="center"/>
          </w:tcPr>
          <w:p w14:paraId="34521DE6" w14:textId="77777777" w:rsidR="00EF34E6" w:rsidRDefault="004E5588">
            <w:r>
              <w:rPr>
                <w:b/>
                <w:color w:val="365F91"/>
                <w:sz w:val="21"/>
              </w:rPr>
              <w:t>Montant mensuel (€)</w:t>
            </w:r>
          </w:p>
        </w:tc>
      </w:tr>
      <w:tr w:rsidR="00EF34E6" w14:paraId="44020B39" w14:textId="77777777">
        <w:trPr>
          <w:jc w:val="center"/>
        </w:trPr>
        <w:tc>
          <w:tcPr>
            <w:tcW w:w="5953" w:type="dxa"/>
            <w:tcMar>
              <w:top w:w="90" w:type="dxa"/>
              <w:left w:w="100" w:type="dxa"/>
              <w:bottom w:w="90" w:type="dxa"/>
              <w:right w:w="100" w:type="dxa"/>
            </w:tcMar>
            <w:vAlign w:val="center"/>
          </w:tcPr>
          <w:p w14:paraId="5867E409" w14:textId="77777777" w:rsidR="00EF34E6" w:rsidRDefault="004E5588">
            <w:r>
              <w:rPr>
                <w:sz w:val="21"/>
              </w:rPr>
              <w:t>Rémunération d’apprentissage</w:t>
            </w:r>
          </w:p>
        </w:tc>
        <w:tc>
          <w:tcPr>
            <w:tcW w:w="2268" w:type="dxa"/>
            <w:tcMar>
              <w:top w:w="90" w:type="dxa"/>
              <w:left w:w="100" w:type="dxa"/>
              <w:bottom w:w="90" w:type="dxa"/>
              <w:right w:w="100" w:type="dxa"/>
            </w:tcMar>
            <w:vAlign w:val="center"/>
          </w:tcPr>
          <w:p w14:paraId="24A40935" w14:textId="77777777" w:rsidR="00EF34E6" w:rsidRDefault="00EF34E6"/>
        </w:tc>
      </w:tr>
      <w:tr w:rsidR="00EF34E6" w14:paraId="5431EEE3" w14:textId="77777777">
        <w:trPr>
          <w:jc w:val="center"/>
        </w:trPr>
        <w:tc>
          <w:tcPr>
            <w:tcW w:w="5953" w:type="dxa"/>
            <w:tcMar>
              <w:top w:w="90" w:type="dxa"/>
              <w:left w:w="100" w:type="dxa"/>
              <w:bottom w:w="90" w:type="dxa"/>
              <w:right w:w="100" w:type="dxa"/>
            </w:tcMar>
            <w:vAlign w:val="center"/>
          </w:tcPr>
          <w:p w14:paraId="1D7562CD" w14:textId="77777777" w:rsidR="00EF34E6" w:rsidRDefault="004E5588">
            <w:r>
              <w:rPr>
                <w:sz w:val="21"/>
              </w:rPr>
              <w:t>Autres salaires / revenus d’activité</w:t>
            </w:r>
          </w:p>
        </w:tc>
        <w:tc>
          <w:tcPr>
            <w:tcW w:w="2268" w:type="dxa"/>
            <w:tcMar>
              <w:top w:w="90" w:type="dxa"/>
              <w:left w:w="100" w:type="dxa"/>
              <w:bottom w:w="90" w:type="dxa"/>
              <w:right w:w="100" w:type="dxa"/>
            </w:tcMar>
            <w:vAlign w:val="center"/>
          </w:tcPr>
          <w:p w14:paraId="3B5C04D3" w14:textId="77777777" w:rsidR="00EF34E6" w:rsidRDefault="00EF34E6"/>
        </w:tc>
      </w:tr>
      <w:tr w:rsidR="00EF34E6" w14:paraId="394D508D" w14:textId="77777777">
        <w:trPr>
          <w:jc w:val="center"/>
        </w:trPr>
        <w:tc>
          <w:tcPr>
            <w:tcW w:w="5953" w:type="dxa"/>
            <w:tcMar>
              <w:top w:w="90" w:type="dxa"/>
              <w:left w:w="100" w:type="dxa"/>
              <w:bottom w:w="90" w:type="dxa"/>
              <w:right w:w="100" w:type="dxa"/>
            </w:tcMar>
            <w:vAlign w:val="center"/>
          </w:tcPr>
          <w:p w14:paraId="1AA66B4F" w14:textId="77777777" w:rsidR="00EF34E6" w:rsidRDefault="004E5588">
            <w:r>
              <w:rPr>
                <w:sz w:val="21"/>
              </w:rPr>
              <w:t>APL / aides au logement</w:t>
            </w:r>
          </w:p>
        </w:tc>
        <w:tc>
          <w:tcPr>
            <w:tcW w:w="2268" w:type="dxa"/>
            <w:tcMar>
              <w:top w:w="90" w:type="dxa"/>
              <w:left w:w="100" w:type="dxa"/>
              <w:bottom w:w="90" w:type="dxa"/>
              <w:right w:w="100" w:type="dxa"/>
            </w:tcMar>
            <w:vAlign w:val="center"/>
          </w:tcPr>
          <w:p w14:paraId="7D6F7E4D" w14:textId="77777777" w:rsidR="00EF34E6" w:rsidRDefault="00EF34E6"/>
        </w:tc>
      </w:tr>
      <w:tr w:rsidR="00EF34E6" w14:paraId="1CE7857F" w14:textId="77777777">
        <w:trPr>
          <w:jc w:val="center"/>
        </w:trPr>
        <w:tc>
          <w:tcPr>
            <w:tcW w:w="5953" w:type="dxa"/>
            <w:tcMar>
              <w:top w:w="90" w:type="dxa"/>
              <w:left w:w="100" w:type="dxa"/>
              <w:bottom w:w="90" w:type="dxa"/>
              <w:right w:w="100" w:type="dxa"/>
            </w:tcMar>
            <w:vAlign w:val="center"/>
          </w:tcPr>
          <w:p w14:paraId="6617FF5F" w14:textId="77777777" w:rsidR="00EF34E6" w:rsidRDefault="004E5588">
            <w:r>
              <w:rPr>
                <w:sz w:val="21"/>
              </w:rPr>
              <w:t>Allocations / prestations sociales</w:t>
            </w:r>
          </w:p>
        </w:tc>
        <w:tc>
          <w:tcPr>
            <w:tcW w:w="2268" w:type="dxa"/>
            <w:tcMar>
              <w:top w:w="90" w:type="dxa"/>
              <w:left w:w="100" w:type="dxa"/>
              <w:bottom w:w="90" w:type="dxa"/>
              <w:right w:w="100" w:type="dxa"/>
            </w:tcMar>
            <w:vAlign w:val="center"/>
          </w:tcPr>
          <w:p w14:paraId="41ACCAA9" w14:textId="77777777" w:rsidR="00EF34E6" w:rsidRDefault="00EF34E6"/>
        </w:tc>
      </w:tr>
      <w:tr w:rsidR="00EF34E6" w14:paraId="004D2D7E" w14:textId="77777777">
        <w:trPr>
          <w:jc w:val="center"/>
        </w:trPr>
        <w:tc>
          <w:tcPr>
            <w:tcW w:w="5953" w:type="dxa"/>
            <w:tcMar>
              <w:top w:w="90" w:type="dxa"/>
              <w:left w:w="100" w:type="dxa"/>
              <w:bottom w:w="90" w:type="dxa"/>
              <w:right w:w="100" w:type="dxa"/>
            </w:tcMar>
            <w:vAlign w:val="center"/>
          </w:tcPr>
          <w:p w14:paraId="78F91347" w14:textId="77777777" w:rsidR="00EF34E6" w:rsidRDefault="004E5588">
            <w:r>
              <w:rPr>
                <w:sz w:val="21"/>
              </w:rPr>
              <w:t>Pension alimentaire perçue</w:t>
            </w:r>
          </w:p>
        </w:tc>
        <w:tc>
          <w:tcPr>
            <w:tcW w:w="2268" w:type="dxa"/>
            <w:tcMar>
              <w:top w:w="90" w:type="dxa"/>
              <w:left w:w="100" w:type="dxa"/>
              <w:bottom w:w="90" w:type="dxa"/>
              <w:right w:w="100" w:type="dxa"/>
            </w:tcMar>
            <w:vAlign w:val="center"/>
          </w:tcPr>
          <w:p w14:paraId="06658933" w14:textId="77777777" w:rsidR="00EF34E6" w:rsidRDefault="00EF34E6"/>
        </w:tc>
      </w:tr>
      <w:tr w:rsidR="00EF34E6" w14:paraId="5FBF8F9D" w14:textId="77777777">
        <w:trPr>
          <w:jc w:val="center"/>
        </w:trPr>
        <w:tc>
          <w:tcPr>
            <w:tcW w:w="5953" w:type="dxa"/>
            <w:tcMar>
              <w:top w:w="90" w:type="dxa"/>
              <w:left w:w="100" w:type="dxa"/>
              <w:bottom w:w="90" w:type="dxa"/>
              <w:right w:w="100" w:type="dxa"/>
            </w:tcMar>
            <w:vAlign w:val="center"/>
          </w:tcPr>
          <w:p w14:paraId="2BD6E496" w14:textId="77777777" w:rsidR="00EF34E6" w:rsidRDefault="004E5588">
            <w:r>
              <w:rPr>
                <w:sz w:val="21"/>
              </w:rPr>
              <w:t>Aide régulière de la famille</w:t>
            </w:r>
          </w:p>
        </w:tc>
        <w:tc>
          <w:tcPr>
            <w:tcW w:w="2268" w:type="dxa"/>
            <w:tcMar>
              <w:top w:w="90" w:type="dxa"/>
              <w:left w:w="100" w:type="dxa"/>
              <w:bottom w:w="90" w:type="dxa"/>
              <w:right w:w="100" w:type="dxa"/>
            </w:tcMar>
            <w:vAlign w:val="center"/>
          </w:tcPr>
          <w:p w14:paraId="6E0C0F9B" w14:textId="77777777" w:rsidR="00EF34E6" w:rsidRDefault="00EF34E6"/>
        </w:tc>
      </w:tr>
      <w:tr w:rsidR="00EF34E6" w14:paraId="7781F640" w14:textId="77777777">
        <w:trPr>
          <w:jc w:val="center"/>
        </w:trPr>
        <w:tc>
          <w:tcPr>
            <w:tcW w:w="5953" w:type="dxa"/>
            <w:tcMar>
              <w:top w:w="90" w:type="dxa"/>
              <w:left w:w="100" w:type="dxa"/>
              <w:bottom w:w="90" w:type="dxa"/>
              <w:right w:w="100" w:type="dxa"/>
            </w:tcMar>
            <w:vAlign w:val="center"/>
          </w:tcPr>
          <w:p w14:paraId="52F55FDD" w14:textId="77777777" w:rsidR="00EF34E6" w:rsidRDefault="004E5588">
            <w:r>
              <w:rPr>
                <w:sz w:val="21"/>
              </w:rPr>
              <w:t>Autres ressources</w:t>
            </w:r>
          </w:p>
        </w:tc>
        <w:tc>
          <w:tcPr>
            <w:tcW w:w="2268" w:type="dxa"/>
            <w:tcMar>
              <w:top w:w="90" w:type="dxa"/>
              <w:left w:w="100" w:type="dxa"/>
              <w:bottom w:w="90" w:type="dxa"/>
              <w:right w:w="100" w:type="dxa"/>
            </w:tcMar>
            <w:vAlign w:val="center"/>
          </w:tcPr>
          <w:p w14:paraId="2A6B755B" w14:textId="77777777" w:rsidR="00EF34E6" w:rsidRDefault="00EF34E6"/>
        </w:tc>
      </w:tr>
      <w:tr w:rsidR="00EF34E6" w14:paraId="763CEC68" w14:textId="77777777">
        <w:trPr>
          <w:jc w:val="center"/>
        </w:trPr>
        <w:tc>
          <w:tcPr>
            <w:tcW w:w="5953" w:type="dxa"/>
            <w:shd w:val="clear" w:color="auto" w:fill="F2F2F2"/>
            <w:tcMar>
              <w:top w:w="90" w:type="dxa"/>
              <w:left w:w="100" w:type="dxa"/>
              <w:bottom w:w="90" w:type="dxa"/>
              <w:right w:w="100" w:type="dxa"/>
            </w:tcMar>
            <w:vAlign w:val="center"/>
          </w:tcPr>
          <w:p w14:paraId="4FD0FF6B" w14:textId="77777777" w:rsidR="00EF34E6" w:rsidRDefault="004E5588">
            <w:r>
              <w:rPr>
                <w:sz w:val="21"/>
              </w:rPr>
              <w:t>TOTAL RESSOURCES</w:t>
            </w:r>
          </w:p>
        </w:tc>
        <w:tc>
          <w:tcPr>
            <w:tcW w:w="2268" w:type="dxa"/>
            <w:shd w:val="clear" w:color="auto" w:fill="F2F2F2"/>
            <w:tcMar>
              <w:top w:w="90" w:type="dxa"/>
              <w:left w:w="100" w:type="dxa"/>
              <w:bottom w:w="90" w:type="dxa"/>
              <w:right w:w="100" w:type="dxa"/>
            </w:tcMar>
            <w:vAlign w:val="center"/>
          </w:tcPr>
          <w:p w14:paraId="1FE3839D" w14:textId="77777777" w:rsidR="00EF34E6" w:rsidRDefault="00EF34E6"/>
        </w:tc>
      </w:tr>
    </w:tbl>
    <w:p w14:paraId="1A4651D6" w14:textId="77777777" w:rsidR="00EF34E6" w:rsidRDefault="00EF34E6"/>
    <w:p w14:paraId="16BE428E" w14:textId="77777777" w:rsidR="00EF34E6" w:rsidRDefault="004E5588">
      <w:r>
        <w:br w:type="page"/>
      </w:r>
    </w:p>
    <w:tbl>
      <w:tblPr>
        <w:tblStyle w:val="Grilledutableau"/>
        <w:tblW w:w="0" w:type="auto"/>
        <w:jc w:val="center"/>
        <w:tblLook w:val="04A0" w:firstRow="1" w:lastRow="0" w:firstColumn="1" w:lastColumn="0" w:noHBand="0" w:noVBand="1"/>
      </w:tblPr>
      <w:tblGrid>
        <w:gridCol w:w="5953"/>
        <w:gridCol w:w="2268"/>
      </w:tblGrid>
      <w:tr w:rsidR="00EF34E6" w14:paraId="324442E6" w14:textId="77777777">
        <w:trPr>
          <w:tblHeader/>
          <w:jc w:val="center"/>
        </w:trPr>
        <w:tc>
          <w:tcPr>
            <w:tcW w:w="5953" w:type="dxa"/>
            <w:shd w:val="clear" w:color="auto" w:fill="D9EAF7"/>
            <w:tcMar>
              <w:top w:w="90" w:type="dxa"/>
              <w:left w:w="100" w:type="dxa"/>
              <w:bottom w:w="90" w:type="dxa"/>
              <w:right w:w="100" w:type="dxa"/>
            </w:tcMar>
            <w:vAlign w:val="center"/>
          </w:tcPr>
          <w:p w14:paraId="1C0C03D3" w14:textId="77777777" w:rsidR="00EF34E6" w:rsidRDefault="004E5588">
            <w:r>
              <w:rPr>
                <w:b/>
                <w:color w:val="365F91"/>
                <w:sz w:val="21"/>
              </w:rPr>
              <w:lastRenderedPageBreak/>
              <w:t>Nature des charges</w:t>
            </w:r>
          </w:p>
        </w:tc>
        <w:tc>
          <w:tcPr>
            <w:tcW w:w="2268" w:type="dxa"/>
            <w:shd w:val="clear" w:color="auto" w:fill="D9EAF7"/>
            <w:tcMar>
              <w:top w:w="90" w:type="dxa"/>
              <w:left w:w="100" w:type="dxa"/>
              <w:bottom w:w="90" w:type="dxa"/>
              <w:right w:w="100" w:type="dxa"/>
            </w:tcMar>
            <w:vAlign w:val="center"/>
          </w:tcPr>
          <w:p w14:paraId="13FB7F03" w14:textId="77777777" w:rsidR="00EF34E6" w:rsidRDefault="004E5588">
            <w:r>
              <w:rPr>
                <w:b/>
                <w:color w:val="365F91"/>
                <w:sz w:val="21"/>
              </w:rPr>
              <w:t>Montant mensuel (€)</w:t>
            </w:r>
          </w:p>
        </w:tc>
      </w:tr>
      <w:tr w:rsidR="00EF34E6" w14:paraId="73F71162" w14:textId="77777777">
        <w:trPr>
          <w:jc w:val="center"/>
        </w:trPr>
        <w:tc>
          <w:tcPr>
            <w:tcW w:w="5953" w:type="dxa"/>
            <w:tcMar>
              <w:top w:w="90" w:type="dxa"/>
              <w:left w:w="100" w:type="dxa"/>
              <w:bottom w:w="90" w:type="dxa"/>
              <w:right w:w="100" w:type="dxa"/>
            </w:tcMar>
            <w:vAlign w:val="center"/>
          </w:tcPr>
          <w:p w14:paraId="7FC73CDB" w14:textId="77777777" w:rsidR="00EF34E6" w:rsidRDefault="004E5588">
            <w:r>
              <w:rPr>
                <w:sz w:val="21"/>
              </w:rPr>
              <w:t>Loyer / hébergement principal</w:t>
            </w:r>
          </w:p>
        </w:tc>
        <w:tc>
          <w:tcPr>
            <w:tcW w:w="2268" w:type="dxa"/>
            <w:tcMar>
              <w:top w:w="90" w:type="dxa"/>
              <w:left w:w="100" w:type="dxa"/>
              <w:bottom w:w="90" w:type="dxa"/>
              <w:right w:w="100" w:type="dxa"/>
            </w:tcMar>
            <w:vAlign w:val="center"/>
          </w:tcPr>
          <w:p w14:paraId="19768C75" w14:textId="77777777" w:rsidR="00EF34E6" w:rsidRDefault="00EF34E6"/>
        </w:tc>
      </w:tr>
      <w:tr w:rsidR="00EF34E6" w14:paraId="0A67F967" w14:textId="77777777">
        <w:trPr>
          <w:jc w:val="center"/>
        </w:trPr>
        <w:tc>
          <w:tcPr>
            <w:tcW w:w="5953" w:type="dxa"/>
            <w:tcMar>
              <w:top w:w="90" w:type="dxa"/>
              <w:left w:w="100" w:type="dxa"/>
              <w:bottom w:w="90" w:type="dxa"/>
              <w:right w:w="100" w:type="dxa"/>
            </w:tcMar>
            <w:vAlign w:val="center"/>
          </w:tcPr>
          <w:p w14:paraId="6862D53C" w14:textId="77777777" w:rsidR="00EF34E6" w:rsidRDefault="004E5588">
            <w:r>
              <w:rPr>
                <w:sz w:val="21"/>
              </w:rPr>
              <w:t>Second logement lié à l’alternance</w:t>
            </w:r>
          </w:p>
        </w:tc>
        <w:tc>
          <w:tcPr>
            <w:tcW w:w="2268" w:type="dxa"/>
            <w:tcMar>
              <w:top w:w="90" w:type="dxa"/>
              <w:left w:w="100" w:type="dxa"/>
              <w:bottom w:w="90" w:type="dxa"/>
              <w:right w:w="100" w:type="dxa"/>
            </w:tcMar>
            <w:vAlign w:val="center"/>
          </w:tcPr>
          <w:p w14:paraId="329B49B8" w14:textId="77777777" w:rsidR="00EF34E6" w:rsidRDefault="00EF34E6"/>
        </w:tc>
      </w:tr>
      <w:tr w:rsidR="00EF34E6" w14:paraId="79F6F0E6" w14:textId="77777777">
        <w:trPr>
          <w:jc w:val="center"/>
        </w:trPr>
        <w:tc>
          <w:tcPr>
            <w:tcW w:w="5953" w:type="dxa"/>
            <w:tcMar>
              <w:top w:w="90" w:type="dxa"/>
              <w:left w:w="100" w:type="dxa"/>
              <w:bottom w:w="90" w:type="dxa"/>
              <w:right w:w="100" w:type="dxa"/>
            </w:tcMar>
            <w:vAlign w:val="center"/>
          </w:tcPr>
          <w:p w14:paraId="51D7AAED" w14:textId="6283F9BB" w:rsidR="00EF34E6" w:rsidRDefault="004E5588">
            <w:r>
              <w:rPr>
                <w:sz w:val="21"/>
              </w:rPr>
              <w:t>Énergie</w:t>
            </w:r>
            <w:r w:rsidR="00D15E01">
              <w:rPr>
                <w:sz w:val="21"/>
              </w:rPr>
              <w:t xml:space="preserve"> (</w:t>
            </w:r>
            <w:r w:rsidR="00D15E01">
              <w:t>électricité, gaz, chauffage)</w:t>
            </w:r>
          </w:p>
        </w:tc>
        <w:tc>
          <w:tcPr>
            <w:tcW w:w="2268" w:type="dxa"/>
            <w:tcMar>
              <w:top w:w="90" w:type="dxa"/>
              <w:left w:w="100" w:type="dxa"/>
              <w:bottom w:w="90" w:type="dxa"/>
              <w:right w:w="100" w:type="dxa"/>
            </w:tcMar>
            <w:vAlign w:val="center"/>
          </w:tcPr>
          <w:p w14:paraId="59C51D03" w14:textId="77777777" w:rsidR="00EF34E6" w:rsidRDefault="00EF34E6"/>
        </w:tc>
      </w:tr>
      <w:tr w:rsidR="00EF34E6" w14:paraId="2DA1E1FD" w14:textId="77777777">
        <w:trPr>
          <w:jc w:val="center"/>
        </w:trPr>
        <w:tc>
          <w:tcPr>
            <w:tcW w:w="5953" w:type="dxa"/>
            <w:tcMar>
              <w:top w:w="90" w:type="dxa"/>
              <w:left w:w="100" w:type="dxa"/>
              <w:bottom w:w="90" w:type="dxa"/>
              <w:right w:w="100" w:type="dxa"/>
            </w:tcMar>
            <w:vAlign w:val="center"/>
          </w:tcPr>
          <w:p w14:paraId="1184AE94" w14:textId="77777777" w:rsidR="00EF34E6" w:rsidRDefault="004E5588">
            <w:r>
              <w:rPr>
                <w:sz w:val="21"/>
              </w:rPr>
              <w:t>Transport</w:t>
            </w:r>
          </w:p>
        </w:tc>
        <w:tc>
          <w:tcPr>
            <w:tcW w:w="2268" w:type="dxa"/>
            <w:tcMar>
              <w:top w:w="90" w:type="dxa"/>
              <w:left w:w="100" w:type="dxa"/>
              <w:bottom w:w="90" w:type="dxa"/>
              <w:right w:w="100" w:type="dxa"/>
            </w:tcMar>
            <w:vAlign w:val="center"/>
          </w:tcPr>
          <w:p w14:paraId="2A2A2388" w14:textId="77777777" w:rsidR="00EF34E6" w:rsidRDefault="00EF34E6"/>
        </w:tc>
      </w:tr>
      <w:tr w:rsidR="00EF34E6" w14:paraId="11D532D5" w14:textId="77777777">
        <w:trPr>
          <w:jc w:val="center"/>
        </w:trPr>
        <w:tc>
          <w:tcPr>
            <w:tcW w:w="5953" w:type="dxa"/>
            <w:tcMar>
              <w:top w:w="90" w:type="dxa"/>
              <w:left w:w="100" w:type="dxa"/>
              <w:bottom w:w="90" w:type="dxa"/>
              <w:right w:w="100" w:type="dxa"/>
            </w:tcMar>
            <w:vAlign w:val="center"/>
          </w:tcPr>
          <w:p w14:paraId="366768A0" w14:textId="77777777" w:rsidR="00EF34E6" w:rsidRDefault="004E5588">
            <w:r>
              <w:rPr>
                <w:sz w:val="21"/>
              </w:rPr>
              <w:t>Pension alimentaire versée</w:t>
            </w:r>
          </w:p>
        </w:tc>
        <w:tc>
          <w:tcPr>
            <w:tcW w:w="2268" w:type="dxa"/>
            <w:tcMar>
              <w:top w:w="90" w:type="dxa"/>
              <w:left w:w="100" w:type="dxa"/>
              <w:bottom w:w="90" w:type="dxa"/>
              <w:right w:w="100" w:type="dxa"/>
            </w:tcMar>
            <w:vAlign w:val="center"/>
          </w:tcPr>
          <w:p w14:paraId="38258111" w14:textId="77777777" w:rsidR="00EF34E6" w:rsidRDefault="00EF34E6"/>
        </w:tc>
      </w:tr>
      <w:tr w:rsidR="00EF34E6" w14:paraId="6F9AFEE1" w14:textId="77777777">
        <w:trPr>
          <w:jc w:val="center"/>
        </w:trPr>
        <w:tc>
          <w:tcPr>
            <w:tcW w:w="5953" w:type="dxa"/>
            <w:tcMar>
              <w:top w:w="90" w:type="dxa"/>
              <w:left w:w="100" w:type="dxa"/>
              <w:bottom w:w="90" w:type="dxa"/>
              <w:right w:w="100" w:type="dxa"/>
            </w:tcMar>
            <w:vAlign w:val="center"/>
          </w:tcPr>
          <w:p w14:paraId="3B0BDE0F" w14:textId="77777777" w:rsidR="00EF34E6" w:rsidRDefault="004E5588">
            <w:r>
              <w:rPr>
                <w:sz w:val="21"/>
              </w:rPr>
              <w:t>Assurances / télécommunications</w:t>
            </w:r>
          </w:p>
        </w:tc>
        <w:tc>
          <w:tcPr>
            <w:tcW w:w="2268" w:type="dxa"/>
            <w:tcMar>
              <w:top w:w="90" w:type="dxa"/>
              <w:left w:w="100" w:type="dxa"/>
              <w:bottom w:w="90" w:type="dxa"/>
              <w:right w:w="100" w:type="dxa"/>
            </w:tcMar>
            <w:vAlign w:val="center"/>
          </w:tcPr>
          <w:p w14:paraId="5152C6A1" w14:textId="77777777" w:rsidR="00EF34E6" w:rsidRDefault="00EF34E6"/>
        </w:tc>
      </w:tr>
      <w:tr w:rsidR="00EF34E6" w14:paraId="57AE9225" w14:textId="77777777">
        <w:trPr>
          <w:jc w:val="center"/>
        </w:trPr>
        <w:tc>
          <w:tcPr>
            <w:tcW w:w="5953" w:type="dxa"/>
            <w:tcMar>
              <w:top w:w="90" w:type="dxa"/>
              <w:left w:w="100" w:type="dxa"/>
              <w:bottom w:w="90" w:type="dxa"/>
              <w:right w:w="100" w:type="dxa"/>
            </w:tcMar>
            <w:vAlign w:val="center"/>
          </w:tcPr>
          <w:p w14:paraId="2830E943" w14:textId="77777777" w:rsidR="00EF34E6" w:rsidRDefault="004E5588">
            <w:r>
              <w:rPr>
                <w:sz w:val="21"/>
              </w:rPr>
              <w:t>Autres charges importantes</w:t>
            </w:r>
          </w:p>
        </w:tc>
        <w:tc>
          <w:tcPr>
            <w:tcW w:w="2268" w:type="dxa"/>
            <w:tcMar>
              <w:top w:w="90" w:type="dxa"/>
              <w:left w:w="100" w:type="dxa"/>
              <w:bottom w:w="90" w:type="dxa"/>
              <w:right w:w="100" w:type="dxa"/>
            </w:tcMar>
            <w:vAlign w:val="center"/>
          </w:tcPr>
          <w:p w14:paraId="77717BFD" w14:textId="77777777" w:rsidR="00EF34E6" w:rsidRDefault="00EF34E6"/>
        </w:tc>
      </w:tr>
      <w:tr w:rsidR="00EF34E6" w14:paraId="2CEF9218" w14:textId="77777777">
        <w:trPr>
          <w:jc w:val="center"/>
        </w:trPr>
        <w:tc>
          <w:tcPr>
            <w:tcW w:w="5953" w:type="dxa"/>
            <w:shd w:val="clear" w:color="auto" w:fill="F2F2F2"/>
            <w:tcMar>
              <w:top w:w="90" w:type="dxa"/>
              <w:left w:w="100" w:type="dxa"/>
              <w:bottom w:w="90" w:type="dxa"/>
              <w:right w:w="100" w:type="dxa"/>
            </w:tcMar>
            <w:vAlign w:val="center"/>
          </w:tcPr>
          <w:p w14:paraId="5F296B62" w14:textId="77777777" w:rsidR="00EF34E6" w:rsidRDefault="004E5588">
            <w:r>
              <w:rPr>
                <w:sz w:val="21"/>
              </w:rPr>
              <w:t>TOTAL CHARGES</w:t>
            </w:r>
          </w:p>
        </w:tc>
        <w:tc>
          <w:tcPr>
            <w:tcW w:w="2268" w:type="dxa"/>
            <w:shd w:val="clear" w:color="auto" w:fill="F2F2F2"/>
            <w:tcMar>
              <w:top w:w="90" w:type="dxa"/>
              <w:left w:w="100" w:type="dxa"/>
              <w:bottom w:w="90" w:type="dxa"/>
              <w:right w:w="100" w:type="dxa"/>
            </w:tcMar>
            <w:vAlign w:val="center"/>
          </w:tcPr>
          <w:p w14:paraId="5309758D" w14:textId="77777777" w:rsidR="00EF34E6" w:rsidRDefault="00EF34E6"/>
        </w:tc>
      </w:tr>
    </w:tbl>
    <w:p w14:paraId="7142614A" w14:textId="77777777" w:rsidR="00EF34E6" w:rsidRDefault="004E5588" w:rsidP="00D15E01">
      <w:pPr>
        <w:pStyle w:val="Titre2"/>
        <w:spacing w:before="300"/>
      </w:pPr>
      <w:r>
        <w:t>6. Autres aides ou dispositifs mobilisés</w:t>
      </w:r>
    </w:p>
    <w:p w14:paraId="1A9B439A" w14:textId="77777777" w:rsidR="00EF34E6" w:rsidRDefault="004E5588">
      <w:pPr>
        <w:spacing w:after="60" w:line="252" w:lineRule="auto"/>
      </w:pPr>
      <w:r>
        <w:t>Avez-vous déjà bénéficié d’une aide ponctuelle au cours des 12 derniers mois ?  ☐ Oui    ☐ Non</w:t>
      </w:r>
    </w:p>
    <w:p w14:paraId="517D3E31" w14:textId="77777777" w:rsidR="00EF34E6" w:rsidRDefault="004E5588">
      <w:pPr>
        <w:spacing w:after="100" w:line="252" w:lineRule="auto"/>
      </w:pPr>
      <w:r>
        <w:t>Si oui, organisme(s), nature de l’aide et montant : ________________________________________________</w:t>
      </w:r>
    </w:p>
    <w:p w14:paraId="1654654A" w14:textId="77777777" w:rsidR="00D15E01" w:rsidRDefault="004E5588" w:rsidP="00D15E01">
      <w:pPr>
        <w:spacing w:after="0" w:line="252" w:lineRule="auto"/>
      </w:pPr>
      <w:r>
        <w:t xml:space="preserve">D’autres dispositifs ont-ils été sollicités pour la dépense faisant l’objet de la présente demande ?  </w:t>
      </w:r>
    </w:p>
    <w:p w14:paraId="4CC7B012" w14:textId="5D5B6591" w:rsidR="00EF34E6" w:rsidRDefault="004E5588">
      <w:pPr>
        <w:spacing w:after="100" w:line="252" w:lineRule="auto"/>
      </w:pPr>
      <w:r>
        <w:t>☐ Oui    ☐ Non</w:t>
      </w:r>
    </w:p>
    <w:tbl>
      <w:tblPr>
        <w:tblStyle w:val="Grilledutableau"/>
        <w:tblW w:w="0" w:type="auto"/>
        <w:jc w:val="center"/>
        <w:tblLook w:val="04A0" w:firstRow="1" w:lastRow="0" w:firstColumn="1" w:lastColumn="0" w:noHBand="0" w:noVBand="1"/>
      </w:tblPr>
      <w:tblGrid>
        <w:gridCol w:w="2835"/>
        <w:gridCol w:w="2608"/>
        <w:gridCol w:w="1417"/>
        <w:gridCol w:w="2041"/>
      </w:tblGrid>
      <w:tr w:rsidR="00EF34E6" w14:paraId="023D0249" w14:textId="77777777">
        <w:trPr>
          <w:tblHeader/>
          <w:jc w:val="center"/>
        </w:trPr>
        <w:tc>
          <w:tcPr>
            <w:tcW w:w="2835" w:type="dxa"/>
            <w:shd w:val="clear" w:color="auto" w:fill="D9EAF7"/>
            <w:tcMar>
              <w:top w:w="90" w:type="dxa"/>
              <w:left w:w="100" w:type="dxa"/>
              <w:bottom w:w="90" w:type="dxa"/>
              <w:right w:w="100" w:type="dxa"/>
            </w:tcMar>
            <w:vAlign w:val="center"/>
          </w:tcPr>
          <w:p w14:paraId="23BA8D50" w14:textId="77777777" w:rsidR="00EF34E6" w:rsidRDefault="004E5588">
            <w:r>
              <w:rPr>
                <w:b/>
                <w:color w:val="365F91"/>
                <w:sz w:val="19"/>
              </w:rPr>
              <w:t>Organisme / dispositif</w:t>
            </w:r>
          </w:p>
        </w:tc>
        <w:tc>
          <w:tcPr>
            <w:tcW w:w="2608" w:type="dxa"/>
            <w:shd w:val="clear" w:color="auto" w:fill="D9EAF7"/>
            <w:tcMar>
              <w:top w:w="90" w:type="dxa"/>
              <w:left w:w="100" w:type="dxa"/>
              <w:bottom w:w="90" w:type="dxa"/>
              <w:right w:w="100" w:type="dxa"/>
            </w:tcMar>
            <w:vAlign w:val="center"/>
          </w:tcPr>
          <w:p w14:paraId="46CC09AF" w14:textId="77777777" w:rsidR="00EF34E6" w:rsidRDefault="004E5588">
            <w:r>
              <w:rPr>
                <w:b/>
                <w:color w:val="365F91"/>
                <w:sz w:val="19"/>
              </w:rPr>
              <w:t>Aide sollicitée</w:t>
            </w:r>
          </w:p>
        </w:tc>
        <w:tc>
          <w:tcPr>
            <w:tcW w:w="1417" w:type="dxa"/>
            <w:shd w:val="clear" w:color="auto" w:fill="D9EAF7"/>
            <w:tcMar>
              <w:top w:w="90" w:type="dxa"/>
              <w:left w:w="100" w:type="dxa"/>
              <w:bottom w:w="90" w:type="dxa"/>
              <w:right w:w="100" w:type="dxa"/>
            </w:tcMar>
            <w:vAlign w:val="center"/>
          </w:tcPr>
          <w:p w14:paraId="1C9C4D54" w14:textId="77777777" w:rsidR="00EF34E6" w:rsidRDefault="004E5588">
            <w:r>
              <w:rPr>
                <w:b/>
                <w:color w:val="365F91"/>
                <w:sz w:val="19"/>
              </w:rPr>
              <w:t>Montant demandé</w:t>
            </w:r>
          </w:p>
        </w:tc>
        <w:tc>
          <w:tcPr>
            <w:tcW w:w="2041" w:type="dxa"/>
            <w:shd w:val="clear" w:color="auto" w:fill="D9EAF7"/>
            <w:tcMar>
              <w:top w:w="90" w:type="dxa"/>
              <w:left w:w="100" w:type="dxa"/>
              <w:bottom w:w="90" w:type="dxa"/>
              <w:right w:w="100" w:type="dxa"/>
            </w:tcMar>
            <w:vAlign w:val="center"/>
          </w:tcPr>
          <w:p w14:paraId="334F3F52" w14:textId="77777777" w:rsidR="00EF34E6" w:rsidRDefault="004E5588">
            <w:r>
              <w:rPr>
                <w:b/>
                <w:color w:val="365F91"/>
                <w:sz w:val="19"/>
              </w:rPr>
              <w:t>Montant obtenu / statut</w:t>
            </w:r>
          </w:p>
        </w:tc>
      </w:tr>
      <w:tr w:rsidR="00EF34E6" w14:paraId="7A6D27EA" w14:textId="77777777">
        <w:trPr>
          <w:jc w:val="center"/>
        </w:trPr>
        <w:tc>
          <w:tcPr>
            <w:tcW w:w="2835" w:type="dxa"/>
            <w:tcMar>
              <w:top w:w="90" w:type="dxa"/>
              <w:left w:w="100" w:type="dxa"/>
              <w:bottom w:w="90" w:type="dxa"/>
              <w:right w:w="100" w:type="dxa"/>
            </w:tcMar>
            <w:vAlign w:val="center"/>
          </w:tcPr>
          <w:p w14:paraId="798D67A8" w14:textId="77777777" w:rsidR="00EF34E6" w:rsidRDefault="00EF34E6"/>
        </w:tc>
        <w:tc>
          <w:tcPr>
            <w:tcW w:w="2608" w:type="dxa"/>
            <w:tcMar>
              <w:top w:w="90" w:type="dxa"/>
              <w:left w:w="100" w:type="dxa"/>
              <w:bottom w:w="90" w:type="dxa"/>
              <w:right w:w="100" w:type="dxa"/>
            </w:tcMar>
            <w:vAlign w:val="center"/>
          </w:tcPr>
          <w:p w14:paraId="40CEA0A1" w14:textId="77777777" w:rsidR="00EF34E6" w:rsidRDefault="00EF34E6"/>
        </w:tc>
        <w:tc>
          <w:tcPr>
            <w:tcW w:w="1417" w:type="dxa"/>
            <w:tcMar>
              <w:top w:w="90" w:type="dxa"/>
              <w:left w:w="100" w:type="dxa"/>
              <w:bottom w:w="90" w:type="dxa"/>
              <w:right w:w="100" w:type="dxa"/>
            </w:tcMar>
            <w:vAlign w:val="center"/>
          </w:tcPr>
          <w:p w14:paraId="51F50FFD" w14:textId="77777777" w:rsidR="00EF34E6" w:rsidRDefault="00EF34E6"/>
        </w:tc>
        <w:tc>
          <w:tcPr>
            <w:tcW w:w="2041" w:type="dxa"/>
            <w:tcMar>
              <w:top w:w="90" w:type="dxa"/>
              <w:left w:w="100" w:type="dxa"/>
              <w:bottom w:w="90" w:type="dxa"/>
              <w:right w:w="100" w:type="dxa"/>
            </w:tcMar>
            <w:vAlign w:val="center"/>
          </w:tcPr>
          <w:p w14:paraId="41732C09" w14:textId="77777777" w:rsidR="00EF34E6" w:rsidRDefault="00EF34E6"/>
        </w:tc>
      </w:tr>
      <w:tr w:rsidR="00EF34E6" w14:paraId="6450AB63" w14:textId="77777777">
        <w:trPr>
          <w:jc w:val="center"/>
        </w:trPr>
        <w:tc>
          <w:tcPr>
            <w:tcW w:w="2835" w:type="dxa"/>
            <w:tcMar>
              <w:top w:w="90" w:type="dxa"/>
              <w:left w:w="100" w:type="dxa"/>
              <w:bottom w:w="90" w:type="dxa"/>
              <w:right w:w="100" w:type="dxa"/>
            </w:tcMar>
            <w:vAlign w:val="center"/>
          </w:tcPr>
          <w:p w14:paraId="48A12342" w14:textId="77777777" w:rsidR="00EF34E6" w:rsidRDefault="00EF34E6"/>
        </w:tc>
        <w:tc>
          <w:tcPr>
            <w:tcW w:w="2608" w:type="dxa"/>
            <w:tcMar>
              <w:top w:w="90" w:type="dxa"/>
              <w:left w:w="100" w:type="dxa"/>
              <w:bottom w:w="90" w:type="dxa"/>
              <w:right w:w="100" w:type="dxa"/>
            </w:tcMar>
            <w:vAlign w:val="center"/>
          </w:tcPr>
          <w:p w14:paraId="68D28081" w14:textId="77777777" w:rsidR="00EF34E6" w:rsidRDefault="00EF34E6"/>
        </w:tc>
        <w:tc>
          <w:tcPr>
            <w:tcW w:w="1417" w:type="dxa"/>
            <w:tcMar>
              <w:top w:w="90" w:type="dxa"/>
              <w:left w:w="100" w:type="dxa"/>
              <w:bottom w:w="90" w:type="dxa"/>
              <w:right w:w="100" w:type="dxa"/>
            </w:tcMar>
            <w:vAlign w:val="center"/>
          </w:tcPr>
          <w:p w14:paraId="6E98B36C" w14:textId="77777777" w:rsidR="00EF34E6" w:rsidRDefault="00EF34E6"/>
        </w:tc>
        <w:tc>
          <w:tcPr>
            <w:tcW w:w="2041" w:type="dxa"/>
            <w:tcMar>
              <w:top w:w="90" w:type="dxa"/>
              <w:left w:w="100" w:type="dxa"/>
              <w:bottom w:w="90" w:type="dxa"/>
              <w:right w:w="100" w:type="dxa"/>
            </w:tcMar>
            <w:vAlign w:val="center"/>
          </w:tcPr>
          <w:p w14:paraId="732818EA" w14:textId="77777777" w:rsidR="00EF34E6" w:rsidRDefault="00EF34E6"/>
        </w:tc>
      </w:tr>
      <w:tr w:rsidR="00EF34E6" w14:paraId="0045967A" w14:textId="77777777">
        <w:trPr>
          <w:jc w:val="center"/>
        </w:trPr>
        <w:tc>
          <w:tcPr>
            <w:tcW w:w="2835" w:type="dxa"/>
            <w:tcMar>
              <w:top w:w="90" w:type="dxa"/>
              <w:left w:w="100" w:type="dxa"/>
              <w:bottom w:w="90" w:type="dxa"/>
              <w:right w:w="100" w:type="dxa"/>
            </w:tcMar>
            <w:vAlign w:val="center"/>
          </w:tcPr>
          <w:p w14:paraId="05CBE1D7" w14:textId="77777777" w:rsidR="00EF34E6" w:rsidRDefault="00EF34E6"/>
        </w:tc>
        <w:tc>
          <w:tcPr>
            <w:tcW w:w="2608" w:type="dxa"/>
            <w:tcMar>
              <w:top w:w="90" w:type="dxa"/>
              <w:left w:w="100" w:type="dxa"/>
              <w:bottom w:w="90" w:type="dxa"/>
              <w:right w:w="100" w:type="dxa"/>
            </w:tcMar>
            <w:vAlign w:val="center"/>
          </w:tcPr>
          <w:p w14:paraId="79A3A5A8" w14:textId="77777777" w:rsidR="00EF34E6" w:rsidRDefault="00EF34E6"/>
        </w:tc>
        <w:tc>
          <w:tcPr>
            <w:tcW w:w="1417" w:type="dxa"/>
            <w:tcMar>
              <w:top w:w="90" w:type="dxa"/>
              <w:left w:w="100" w:type="dxa"/>
              <w:bottom w:w="90" w:type="dxa"/>
              <w:right w:w="100" w:type="dxa"/>
            </w:tcMar>
            <w:vAlign w:val="center"/>
          </w:tcPr>
          <w:p w14:paraId="161712D9" w14:textId="77777777" w:rsidR="00EF34E6" w:rsidRDefault="00EF34E6"/>
        </w:tc>
        <w:tc>
          <w:tcPr>
            <w:tcW w:w="2041" w:type="dxa"/>
            <w:tcMar>
              <w:top w:w="90" w:type="dxa"/>
              <w:left w:w="100" w:type="dxa"/>
              <w:bottom w:w="90" w:type="dxa"/>
              <w:right w:w="100" w:type="dxa"/>
            </w:tcMar>
            <w:vAlign w:val="center"/>
          </w:tcPr>
          <w:p w14:paraId="0E3AC934" w14:textId="77777777" w:rsidR="00EF34E6" w:rsidRDefault="00EF34E6"/>
        </w:tc>
      </w:tr>
    </w:tbl>
    <w:p w14:paraId="08AA7DD9" w14:textId="77777777" w:rsidR="00EF34E6" w:rsidRDefault="004E5588" w:rsidP="00D15E01">
      <w:pPr>
        <w:pStyle w:val="Titre2"/>
        <w:spacing w:before="300"/>
      </w:pPr>
      <w:r>
        <w:t>7. Motif de la demande</w:t>
      </w:r>
    </w:p>
    <w:p w14:paraId="0FAA91CD" w14:textId="77777777" w:rsidR="00EF34E6" w:rsidRDefault="004E5588">
      <w:pPr>
        <w:spacing w:after="60" w:line="252" w:lineRule="auto"/>
      </w:pPr>
      <w:r>
        <w:t>Nature de la dépense (plusieurs choix possibles) :</w:t>
      </w:r>
    </w:p>
    <w:p w14:paraId="1DA82E85" w14:textId="77777777" w:rsidR="00EF34E6" w:rsidRDefault="004E5588" w:rsidP="00D15E01">
      <w:pPr>
        <w:spacing w:after="60"/>
        <w:ind w:left="284"/>
      </w:pPr>
      <w:r>
        <w:t>☐ Frais de transport directement liés à l’alternance</w:t>
      </w:r>
    </w:p>
    <w:p w14:paraId="580D72BA" w14:textId="77777777" w:rsidR="00EF34E6" w:rsidRDefault="004E5588" w:rsidP="00D15E01">
      <w:pPr>
        <w:spacing w:after="60"/>
        <w:ind w:left="284"/>
      </w:pPr>
      <w:r>
        <w:t>☐ Frais de restauration</w:t>
      </w:r>
    </w:p>
    <w:p w14:paraId="16F739EE" w14:textId="77777777" w:rsidR="00EF34E6" w:rsidRDefault="004E5588" w:rsidP="00D15E01">
      <w:pPr>
        <w:spacing w:after="60"/>
        <w:ind w:left="284"/>
      </w:pPr>
      <w:r>
        <w:t>☐ Frais d’hébergement / double logement / situation d’urgence</w:t>
      </w:r>
    </w:p>
    <w:p w14:paraId="25760DEB" w14:textId="77777777" w:rsidR="00EF34E6" w:rsidRDefault="004E5588" w:rsidP="00D15E01">
      <w:pPr>
        <w:spacing w:after="60"/>
        <w:ind w:left="567" w:hanging="283"/>
      </w:pPr>
      <w:r>
        <w:t>☐ Dépense exceptionnelle directement nécessaire à la poursuite de la formation et non couverte par un autre dispositif</w:t>
      </w:r>
    </w:p>
    <w:p w14:paraId="3D00BB86" w14:textId="77777777" w:rsidR="00EF34E6" w:rsidRDefault="004E5588">
      <w:pPr>
        <w:spacing w:after="60" w:line="252" w:lineRule="auto"/>
      </w:pPr>
      <w:r>
        <w:t>Précisez la dépense : ______________________________________________________________________</w:t>
      </w:r>
    </w:p>
    <w:p w14:paraId="01BC980F" w14:textId="77777777" w:rsidR="00D15E01" w:rsidRPr="00D15E01" w:rsidRDefault="00D15E01">
      <w:pPr>
        <w:spacing w:after="60" w:line="252" w:lineRule="auto"/>
        <w:rPr>
          <w:sz w:val="10"/>
          <w:szCs w:val="10"/>
        </w:rPr>
      </w:pPr>
    </w:p>
    <w:p w14:paraId="6026E4A3" w14:textId="2F343AB2" w:rsidR="00EF34E6" w:rsidRDefault="004E5588">
      <w:pPr>
        <w:spacing w:after="60" w:line="252" w:lineRule="auto"/>
      </w:pPr>
      <w:r>
        <w:t>Montant sollicité : __________________ €</w:t>
      </w:r>
    </w:p>
    <w:p w14:paraId="4F1E1CB4" w14:textId="77777777" w:rsidR="00EF34E6" w:rsidRDefault="004E5588">
      <w:pPr>
        <w:spacing w:after="60" w:line="252" w:lineRule="auto"/>
      </w:pPr>
      <w:r>
        <w:t>La dépense est-elle déjà engagée ?  ☐ Non    ☐ Oui, le ____ / ____ / ______</w:t>
      </w:r>
    </w:p>
    <w:p w14:paraId="513FF6E9" w14:textId="77777777" w:rsidR="00EF34E6" w:rsidRDefault="004E5588">
      <w:pPr>
        <w:spacing w:after="120" w:line="252" w:lineRule="auto"/>
      </w:pPr>
      <w:r>
        <w:t>Qui prend actuellement en charge cette dépense ? ______________________________________________</w:t>
      </w:r>
    </w:p>
    <w:p w14:paraId="1DF03A77" w14:textId="77777777" w:rsidR="00EF34E6" w:rsidRDefault="004E5588">
      <w:pPr>
        <w:spacing w:after="60" w:line="252" w:lineRule="auto"/>
      </w:pPr>
      <w:r>
        <w:lastRenderedPageBreak/>
        <w:t>Merci d’expliquer la difficulté rencontrée et en quoi elle peut avoir un impact sur la poursuite de votre formation ou de votre contrat d’apprentissage :</w:t>
      </w:r>
    </w:p>
    <w:p w14:paraId="23FF9756" w14:textId="30F62319" w:rsidR="00EF34E6" w:rsidRDefault="004E5588">
      <w:pPr>
        <w:spacing w:after="40" w:line="252" w:lineRule="auto"/>
      </w:pPr>
      <w:r>
        <w:t>__________________________________________________________________________________________</w:t>
      </w:r>
      <w:r w:rsidR="00D15E01">
        <w:t>____________________</w:t>
      </w:r>
    </w:p>
    <w:p w14:paraId="1F5D893F" w14:textId="2C336A2B" w:rsidR="00EF34E6" w:rsidRDefault="004E5588">
      <w:pPr>
        <w:spacing w:after="40" w:line="252" w:lineRule="auto"/>
      </w:pPr>
      <w:r>
        <w:t>__________________________________________________________________________________________</w:t>
      </w:r>
      <w:r w:rsidR="00D15E01">
        <w:t>____________________</w:t>
      </w:r>
    </w:p>
    <w:p w14:paraId="626708E8" w14:textId="0AA71ECA" w:rsidR="00EF34E6" w:rsidRDefault="004E5588">
      <w:pPr>
        <w:spacing w:after="40" w:line="252" w:lineRule="auto"/>
      </w:pPr>
      <w:r>
        <w:t>__________________________________________________________________________________________</w:t>
      </w:r>
      <w:r w:rsidR="00D15E01">
        <w:t>____________________</w:t>
      </w:r>
    </w:p>
    <w:p w14:paraId="25CD9003" w14:textId="7A893481" w:rsidR="00EF34E6" w:rsidRDefault="004E5588">
      <w:pPr>
        <w:spacing w:after="40" w:line="252" w:lineRule="auto"/>
      </w:pPr>
      <w:r>
        <w:t>__________________________________________________________________________________________</w:t>
      </w:r>
      <w:r w:rsidR="00D15E01">
        <w:t>____________________</w:t>
      </w:r>
    </w:p>
    <w:p w14:paraId="5A1A93DC" w14:textId="77777777" w:rsidR="00EF34E6" w:rsidRDefault="004E5588">
      <w:pPr>
        <w:pStyle w:val="Titre2"/>
      </w:pPr>
      <w:r>
        <w:t>8. Déclaration sur l’honneur</w:t>
      </w:r>
    </w:p>
    <w:p w14:paraId="48A757C8" w14:textId="0405385C" w:rsidR="00EF34E6" w:rsidRDefault="004E5588" w:rsidP="00044876">
      <w:pPr>
        <w:spacing w:after="80"/>
        <w:jc w:val="both"/>
      </w:pPr>
      <w:r>
        <w:t xml:space="preserve">☐ Je certifie sur l’honneur l’exactitude </w:t>
      </w:r>
      <w:r w:rsidR="00D15E01">
        <w:t xml:space="preserve">et l'exhaustivité </w:t>
      </w:r>
      <w:r>
        <w:t>des informations fournies et m’engage à informer le CFA académique de toute modification de ma situation susceptible d’avoir une incidence sur l’instruction de ma demande.</w:t>
      </w:r>
    </w:p>
    <w:p w14:paraId="2A516821" w14:textId="77777777" w:rsidR="00D15E01" w:rsidRDefault="00D15E01">
      <w:pPr>
        <w:spacing w:after="100" w:line="252" w:lineRule="auto"/>
      </w:pPr>
    </w:p>
    <w:p w14:paraId="546453B7" w14:textId="574FC550" w:rsidR="00EF34E6" w:rsidRDefault="004E5588">
      <w:pPr>
        <w:spacing w:after="100" w:line="252" w:lineRule="auto"/>
      </w:pPr>
      <w:r>
        <w:t>Fait à : _______________________________________    Le : ____ / ____ / ______</w:t>
      </w:r>
    </w:p>
    <w:p w14:paraId="27EC635B" w14:textId="77777777" w:rsidR="00EF34E6" w:rsidRDefault="004E5588">
      <w:pPr>
        <w:spacing w:after="100" w:line="252" w:lineRule="auto"/>
      </w:pPr>
      <w:r>
        <w:t>Signature du demandeur : __________________________</w:t>
      </w:r>
    </w:p>
    <w:p w14:paraId="32AC65AA" w14:textId="77777777" w:rsidR="00EF34E6" w:rsidRDefault="004E5588">
      <w:pPr>
        <w:spacing w:after="160" w:line="252" w:lineRule="auto"/>
      </w:pPr>
      <w:r>
        <w:t>Pour un apprenti mineur – signature du représentant légal : __________________________</w:t>
      </w:r>
    </w:p>
    <w:p w14:paraId="1AC4E8CD" w14:textId="77777777" w:rsidR="00EF34E6" w:rsidRDefault="004E5588">
      <w:pPr>
        <w:pStyle w:val="Titre2"/>
      </w:pPr>
      <w:r>
        <w:t>9. Information relative aux données personnelles</w:t>
      </w:r>
    </w:p>
    <w:p w14:paraId="0F23C33D" w14:textId="708C3154" w:rsidR="00554354" w:rsidRDefault="004E5588" w:rsidP="00D15E01">
      <w:pPr>
        <w:spacing w:after="140" w:line="252" w:lineRule="auto"/>
        <w:jc w:val="both"/>
      </w:pPr>
      <w:r w:rsidRPr="0017738C">
        <w:t>Les informations recueillies sont utilisées uniquement pour instruire la demande, décider de l’attribution éventuelle d’une aide, assurer son versement et le suivi du Fonds. Elles sont accessibles aux seules personnes habilitées à intervenir dans l’instruction et la gestion du dossier. Les données sont conservées pendant la durée nécessaire au traitement du dossier et conformément aux règles applicables à la gestion administrative et comptable. Vous pouvez exercer vos droits auprès du CFA académique et, le cas échéant, du délégué à la protection des données de l’académie selon les modalités précisées sur le site académique.</w:t>
      </w:r>
    </w:p>
    <w:p w14:paraId="4D4D570E" w14:textId="77777777" w:rsidR="00554354" w:rsidRDefault="00554354">
      <w:r>
        <w:br w:type="page"/>
      </w:r>
    </w:p>
    <w:p w14:paraId="43500993" w14:textId="77777777" w:rsidR="00EF34E6" w:rsidRDefault="00EF34E6" w:rsidP="00D15E01">
      <w:pPr>
        <w:spacing w:after="140" w:line="252" w:lineRule="auto"/>
        <w:jc w:val="both"/>
      </w:pPr>
    </w:p>
    <w:p w14:paraId="6A05A891" w14:textId="77777777" w:rsidR="00EF34E6" w:rsidRDefault="004E5588">
      <w:pPr>
        <w:pStyle w:val="Titre2"/>
      </w:pPr>
      <w:r>
        <w:t>ANNEXE – Pièces justificatives à fournir</w:t>
      </w:r>
    </w:p>
    <w:tbl>
      <w:tblPr>
        <w:tblStyle w:val="Grilledutableau"/>
        <w:tblW w:w="0" w:type="auto"/>
        <w:jc w:val="center"/>
        <w:tblLook w:val="04A0" w:firstRow="1" w:lastRow="0" w:firstColumn="1" w:lastColumn="0" w:noHBand="0" w:noVBand="1"/>
      </w:tblPr>
      <w:tblGrid>
        <w:gridCol w:w="9396"/>
      </w:tblGrid>
      <w:tr w:rsidR="00EF34E6" w14:paraId="5C8E80B6" w14:textId="77777777">
        <w:trPr>
          <w:jc w:val="center"/>
        </w:trPr>
        <w:tc>
          <w:tcPr>
            <w:tcW w:w="9406" w:type="dxa"/>
            <w:shd w:val="clear" w:color="auto" w:fill="EAF2F8"/>
            <w:tcMar>
              <w:top w:w="120" w:type="dxa"/>
              <w:left w:w="140" w:type="dxa"/>
              <w:bottom w:w="120" w:type="dxa"/>
              <w:right w:w="140" w:type="dxa"/>
            </w:tcMar>
          </w:tcPr>
          <w:p w14:paraId="76209F5C" w14:textId="77777777" w:rsidR="00EF34E6" w:rsidRDefault="004E5588" w:rsidP="00554354">
            <w:pPr>
              <w:jc w:val="both"/>
            </w:pPr>
            <w:r w:rsidRPr="00554354">
              <w:rPr>
                <w:b/>
                <w:bCs/>
                <w:sz w:val="21"/>
              </w:rPr>
              <w:t>Seuls les justificatifs correspondant à votre situation et à la dépense faisant l’objet de la demande sont attendus</w:t>
            </w:r>
            <w:r>
              <w:rPr>
                <w:sz w:val="21"/>
              </w:rPr>
              <w:t>. La commission peut demander une pièce complémentaire lorsqu’elle est nécessaire à l’instruction.</w:t>
            </w:r>
          </w:p>
        </w:tc>
      </w:tr>
    </w:tbl>
    <w:p w14:paraId="5C08888F" w14:textId="77777777" w:rsidR="00554354" w:rsidRDefault="00554354">
      <w:pPr>
        <w:spacing w:after="60" w:line="252" w:lineRule="auto"/>
        <w:rPr>
          <w:b/>
        </w:rPr>
      </w:pPr>
    </w:p>
    <w:p w14:paraId="61EC9C5C" w14:textId="48A70823" w:rsidR="00EF34E6" w:rsidRDefault="004E5588">
      <w:pPr>
        <w:spacing w:after="60" w:line="252" w:lineRule="auto"/>
      </w:pPr>
      <w:r>
        <w:rPr>
          <w:b/>
        </w:rPr>
        <w:t>Pièces à joindre</w:t>
      </w:r>
      <w:r w:rsidR="00554354">
        <w:rPr>
          <w:b/>
        </w:rPr>
        <w:t xml:space="preserve"> </w:t>
      </w:r>
      <w:r>
        <w:rPr>
          <w:b/>
        </w:rPr>
        <w:t>:</w:t>
      </w:r>
    </w:p>
    <w:p w14:paraId="04499379" w14:textId="77777777" w:rsidR="00554354" w:rsidRDefault="00554354" w:rsidP="00554354">
      <w:pPr>
        <w:spacing w:before="100" w:after="60" w:line="240" w:lineRule="auto"/>
      </w:pPr>
      <w:r>
        <w:rPr>
          <w:rFonts w:ascii="Segoe UI Symbol" w:hAnsi="Segoe UI Symbol" w:cs="Segoe UI Symbol"/>
        </w:rPr>
        <w:t>☐</w:t>
      </w:r>
      <w:r>
        <w:t xml:space="preserve"> Copie d'une pièce d'identité de l'apprenti.</w:t>
      </w:r>
    </w:p>
    <w:p w14:paraId="15AB4055" w14:textId="77777777" w:rsidR="00554354" w:rsidRDefault="00554354" w:rsidP="00554354">
      <w:pPr>
        <w:spacing w:before="100" w:after="60"/>
      </w:pPr>
      <w:r>
        <w:t>☐ Pour un apprenti mineur : justificatif permettant d’identifier le représentant légal si nécessaire.</w:t>
      </w:r>
    </w:p>
    <w:p w14:paraId="38B96C50" w14:textId="24B4076B" w:rsidR="00554354" w:rsidRDefault="00554354" w:rsidP="00554354">
      <w:pPr>
        <w:spacing w:before="100" w:after="60"/>
      </w:pPr>
      <w:r>
        <w:t>☐ Dernier avis d’imposition ou de non-imposition de l’apprenti et/ou du foyer de rattachement.</w:t>
      </w:r>
    </w:p>
    <w:p w14:paraId="2F5B0BF3" w14:textId="77777777" w:rsidR="00F6291F" w:rsidRDefault="00F6291F" w:rsidP="00F6291F">
      <w:pPr>
        <w:spacing w:before="100" w:after="60"/>
      </w:pPr>
      <w:r>
        <w:t>☐ Justificatif de la dépense : devis, facture, échéancier ou document équivalent.</w:t>
      </w:r>
    </w:p>
    <w:p w14:paraId="0D57ED17" w14:textId="4639F164" w:rsidR="00F6291F" w:rsidRDefault="00F6291F" w:rsidP="00554354">
      <w:pPr>
        <w:spacing w:before="100" w:after="60"/>
      </w:pPr>
      <w:r w:rsidRPr="0017738C">
        <w:t>Et le cas échéant :</w:t>
      </w:r>
    </w:p>
    <w:p w14:paraId="3C7D0D82" w14:textId="77777777" w:rsidR="00554354" w:rsidRDefault="00554354" w:rsidP="00554354">
      <w:pPr>
        <w:spacing w:before="100" w:after="60"/>
      </w:pPr>
      <w:r>
        <w:t>☐ Trois derniers bulletins de salaire de l’apprenti et, si nécessaire, justificatifs des autres ressources déclarées.</w:t>
      </w:r>
    </w:p>
    <w:p w14:paraId="5C798B1C" w14:textId="77777777" w:rsidR="00554354" w:rsidRDefault="00554354" w:rsidP="00554354">
      <w:pPr>
        <w:spacing w:before="100" w:after="60"/>
      </w:pPr>
      <w:r>
        <w:t>☐ Quittance de loyer, justificatif du second logement ou tout document permettant d’apprécier les charges exceptionnelles, la situation d’urgence ou le risque de rupture / interruption du parcours.</w:t>
      </w:r>
    </w:p>
    <w:p w14:paraId="3DDAA995" w14:textId="77777777" w:rsidR="00554354" w:rsidRDefault="00554354" w:rsidP="00554354">
      <w:pPr>
        <w:spacing w:before="100" w:after="60"/>
      </w:pPr>
      <w:r>
        <w:t>☐ Justificatif des aides déjà sollicitées ou obtenues.</w:t>
      </w:r>
    </w:p>
    <w:p w14:paraId="5E4D2A7C" w14:textId="141545A0" w:rsidR="00EF34E6" w:rsidRDefault="004E5588" w:rsidP="00554354">
      <w:pPr>
        <w:spacing w:before="100" w:after="60"/>
      </w:pPr>
      <w:r>
        <w:t>☐ RIB du bénéficiaire du versement</w:t>
      </w:r>
      <w:r w:rsidR="00554354">
        <w:t xml:space="preserve"> de l'aide</w:t>
      </w:r>
      <w:r>
        <w:t>.</w:t>
      </w:r>
    </w:p>
    <w:sectPr w:rsidR="00EF34E6" w:rsidSect="00EB5877">
      <w:headerReference w:type="default" r:id="rId8"/>
      <w:pgSz w:w="12240" w:h="15840"/>
      <w:pgMar w:top="964" w:right="1417" w:bottom="90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6CBAE" w14:textId="77777777" w:rsidR="004E6545" w:rsidRDefault="004E6545" w:rsidP="00446C52">
      <w:pPr>
        <w:spacing w:after="0" w:line="240" w:lineRule="auto"/>
      </w:pPr>
      <w:r>
        <w:separator/>
      </w:r>
    </w:p>
  </w:endnote>
  <w:endnote w:type="continuationSeparator" w:id="0">
    <w:p w14:paraId="09DF35F1" w14:textId="77777777" w:rsidR="004E6545" w:rsidRDefault="004E6545" w:rsidP="00446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25B3A" w14:textId="77777777" w:rsidR="004E6545" w:rsidRDefault="004E6545" w:rsidP="00446C52">
      <w:pPr>
        <w:spacing w:after="0" w:line="240" w:lineRule="auto"/>
      </w:pPr>
      <w:r>
        <w:separator/>
      </w:r>
    </w:p>
  </w:footnote>
  <w:footnote w:type="continuationSeparator" w:id="0">
    <w:p w14:paraId="07C978C0" w14:textId="77777777" w:rsidR="004E6545" w:rsidRDefault="004E6545" w:rsidP="00446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80693" w14:textId="77777777" w:rsidR="00446C52" w:rsidRDefault="006213AD">
    <w:pPr>
      <w:pStyle w:val="En-tte"/>
    </w:pPr>
    <w:r>
      <w:rPr>
        <w:noProof/>
        <w:lang w:val="fr-FR" w:eastAsia="fr-FR"/>
      </w:rPr>
      <w:drawing>
        <wp:anchor distT="0" distB="0" distL="114300" distR="114300" simplePos="0" relativeHeight="251658752" behindDoc="0" locked="0" layoutInCell="1" allowOverlap="1" wp14:anchorId="23C05195" wp14:editId="24067488">
          <wp:simplePos x="0" y="0"/>
          <wp:positionH relativeFrom="column">
            <wp:posOffset>4675505</wp:posOffset>
          </wp:positionH>
          <wp:positionV relativeFrom="paragraph">
            <wp:posOffset>-31750</wp:posOffset>
          </wp:positionV>
          <wp:extent cx="1231265" cy="1174750"/>
          <wp:effectExtent l="0" t="0" r="6985" b="635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stretch>
                    <a:fillRect/>
                  </a:stretch>
                </pic:blipFill>
                <pic:spPr>
                  <a:xfrm>
                    <a:off x="0" y="0"/>
                    <a:ext cx="1231265" cy="1174750"/>
                  </a:xfrm>
                  <a:prstGeom prst="rect">
                    <a:avLst/>
                  </a:prstGeom>
                </pic:spPr>
              </pic:pic>
            </a:graphicData>
          </a:graphic>
        </wp:anchor>
      </w:drawing>
    </w:r>
    <w:r w:rsidR="00446C52">
      <w:rPr>
        <w:noProof/>
        <w:lang w:val="fr-FR" w:eastAsia="fr-FR"/>
      </w:rPr>
      <w:drawing>
        <wp:inline distT="0" distB="0" distL="0" distR="0" wp14:anchorId="26B1501D" wp14:editId="7B5B1FAE">
          <wp:extent cx="1371600" cy="1038225"/>
          <wp:effectExtent l="0" t="0" r="0"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r="49176"/>
                  <a:stretch>
                    <a:fillRect/>
                  </a:stretch>
                </pic:blipFill>
                <pic:spPr bwMode="auto">
                  <a:xfrm>
                    <a:off x="0" y="0"/>
                    <a:ext cx="1371600"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B1C4FFB"/>
    <w:multiLevelType w:val="hybridMultilevel"/>
    <w:tmpl w:val="84623D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52720616">
    <w:abstractNumId w:val="8"/>
  </w:num>
  <w:num w:numId="2" w16cid:durableId="728383642">
    <w:abstractNumId w:val="6"/>
  </w:num>
  <w:num w:numId="3" w16cid:durableId="1181623267">
    <w:abstractNumId w:val="5"/>
  </w:num>
  <w:num w:numId="4" w16cid:durableId="1095901307">
    <w:abstractNumId w:val="4"/>
  </w:num>
  <w:num w:numId="5" w16cid:durableId="1814177616">
    <w:abstractNumId w:val="7"/>
  </w:num>
  <w:num w:numId="6" w16cid:durableId="1193617844">
    <w:abstractNumId w:val="3"/>
  </w:num>
  <w:num w:numId="7" w16cid:durableId="1330710863">
    <w:abstractNumId w:val="2"/>
  </w:num>
  <w:num w:numId="8" w16cid:durableId="343022558">
    <w:abstractNumId w:val="1"/>
  </w:num>
  <w:num w:numId="9" w16cid:durableId="1412504127">
    <w:abstractNumId w:val="0"/>
  </w:num>
  <w:num w:numId="10" w16cid:durableId="19800695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44876"/>
    <w:rsid w:val="0006063C"/>
    <w:rsid w:val="0015074B"/>
    <w:rsid w:val="0017738C"/>
    <w:rsid w:val="00220ED6"/>
    <w:rsid w:val="002248CC"/>
    <w:rsid w:val="002877C3"/>
    <w:rsid w:val="0029639D"/>
    <w:rsid w:val="002E32C3"/>
    <w:rsid w:val="00326F90"/>
    <w:rsid w:val="00357559"/>
    <w:rsid w:val="003B6A0D"/>
    <w:rsid w:val="00446C52"/>
    <w:rsid w:val="004B2088"/>
    <w:rsid w:val="004E5588"/>
    <w:rsid w:val="004E6545"/>
    <w:rsid w:val="00554354"/>
    <w:rsid w:val="006213AD"/>
    <w:rsid w:val="006669BC"/>
    <w:rsid w:val="00674F86"/>
    <w:rsid w:val="00682997"/>
    <w:rsid w:val="006A7F36"/>
    <w:rsid w:val="006B319C"/>
    <w:rsid w:val="007758CA"/>
    <w:rsid w:val="007A2502"/>
    <w:rsid w:val="007B0991"/>
    <w:rsid w:val="007E3512"/>
    <w:rsid w:val="008145BB"/>
    <w:rsid w:val="0089193D"/>
    <w:rsid w:val="00901E84"/>
    <w:rsid w:val="009239FC"/>
    <w:rsid w:val="00936785"/>
    <w:rsid w:val="00963C2A"/>
    <w:rsid w:val="00991CFD"/>
    <w:rsid w:val="00A22E41"/>
    <w:rsid w:val="00A23846"/>
    <w:rsid w:val="00A71CA6"/>
    <w:rsid w:val="00AA1D8D"/>
    <w:rsid w:val="00AC1FCD"/>
    <w:rsid w:val="00AD02D2"/>
    <w:rsid w:val="00B47730"/>
    <w:rsid w:val="00C27C6F"/>
    <w:rsid w:val="00CB0664"/>
    <w:rsid w:val="00CB10DA"/>
    <w:rsid w:val="00D15E01"/>
    <w:rsid w:val="00D3243F"/>
    <w:rsid w:val="00D80E2F"/>
    <w:rsid w:val="00DA28E2"/>
    <w:rsid w:val="00EB5877"/>
    <w:rsid w:val="00EF34E6"/>
    <w:rsid w:val="00EF6D36"/>
    <w:rsid w:val="00F6291F"/>
    <w:rsid w:val="00F9096B"/>
    <w:rsid w:val="00FC693F"/>
    <w:rsid w:val="00FF5B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C306F3"/>
  <w14:defaultImageDpi w14:val="300"/>
  <w15:docId w15:val="{65193E69-EDC3-49D3-9897-9A0FBBCCD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700290">
      <w:bodyDiv w:val="1"/>
      <w:marLeft w:val="0"/>
      <w:marRight w:val="0"/>
      <w:marTop w:val="0"/>
      <w:marBottom w:val="0"/>
      <w:divBdr>
        <w:top w:val="none" w:sz="0" w:space="0" w:color="auto"/>
        <w:left w:val="none" w:sz="0" w:space="0" w:color="auto"/>
        <w:bottom w:val="none" w:sz="0" w:space="0" w:color="auto"/>
        <w:right w:val="none" w:sz="0" w:space="0" w:color="auto"/>
      </w:divBdr>
    </w:div>
    <w:div w:id="1179655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EA301-3413-4CFE-BBCC-A4AC5E0B7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1112</Words>
  <Characters>6120</Characters>
  <Application>Microsoft Office Word</Application>
  <DocSecurity>0</DocSecurity>
  <Lines>51</Lines>
  <Paragraphs>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7218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Christelle GANDOUIN</cp:lastModifiedBy>
  <cp:revision>3</cp:revision>
  <dcterms:created xsi:type="dcterms:W3CDTF">2026-09-09T19:38:00Z</dcterms:created>
  <dcterms:modified xsi:type="dcterms:W3CDTF">2026-09-09T19:38:00Z</dcterms:modified>
  <cp:category/>
</cp:coreProperties>
</file>